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32D6" w14:textId="01635ED0" w:rsidR="00CF3967" w:rsidRPr="00BC3978" w:rsidRDefault="00A820E1">
      <w:pPr>
        <w:pStyle w:val="Titolo"/>
        <w:rPr>
          <w:lang w:val="it-IT"/>
        </w:rPr>
      </w:pPr>
      <w:r w:rsidRPr="00BC3978">
        <w:rPr>
          <w:lang w:val="it-IT"/>
        </w:rPr>
        <w:t>Curriculum Vitae Euro</w:t>
      </w:r>
      <w:r>
        <w:rPr>
          <w:lang w:val="it-IT"/>
        </w:rPr>
        <w:t>peo</w:t>
      </w:r>
    </w:p>
    <w:p w14:paraId="0EE40E64" w14:textId="4945F1DC" w:rsidR="00CF3967" w:rsidRPr="00BC3978" w:rsidRDefault="00A820E1">
      <w:pPr>
        <w:pStyle w:val="Titolo1"/>
        <w:rPr>
          <w:lang w:val="it-IT"/>
        </w:rPr>
      </w:pPr>
      <w:r w:rsidRPr="00BC3978">
        <w:rPr>
          <w:lang w:val="it-IT"/>
        </w:rPr>
        <w:t>Informazioni personali</w:t>
      </w:r>
    </w:p>
    <w:tbl>
      <w:tblPr>
        <w:tblW w:w="9584" w:type="dxa"/>
        <w:tblLook w:val="04A0" w:firstRow="1" w:lastRow="0" w:firstColumn="1" w:lastColumn="0" w:noHBand="0" w:noVBand="1"/>
      </w:tblPr>
      <w:tblGrid>
        <w:gridCol w:w="2376"/>
        <w:gridCol w:w="7208"/>
      </w:tblGrid>
      <w:tr w:rsidR="00CF3967" w:rsidRPr="004D7D2A" w14:paraId="5AAEFC0B" w14:textId="77777777" w:rsidTr="00BB2F4B">
        <w:trPr>
          <w:trHeight w:val="532"/>
        </w:trPr>
        <w:tc>
          <w:tcPr>
            <w:tcW w:w="2376" w:type="dxa"/>
            <w:tcBorders>
              <w:right w:val="single" w:sz="4" w:space="0" w:color="auto"/>
            </w:tcBorders>
          </w:tcPr>
          <w:p w14:paraId="40E2F991" w14:textId="77777777" w:rsidR="00B96715" w:rsidRDefault="00B96715">
            <w:pPr>
              <w:rPr>
                <w:rFonts w:asciiTheme="majorHAnsi" w:hAnsiTheme="majorHAnsi" w:cstheme="majorHAnsi"/>
                <w:lang w:val="it-IT"/>
              </w:rPr>
            </w:pPr>
          </w:p>
          <w:p w14:paraId="5E08D337" w14:textId="1B5C5985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Nome e cognome</w:t>
            </w:r>
          </w:p>
        </w:tc>
        <w:tc>
          <w:tcPr>
            <w:tcW w:w="7208" w:type="dxa"/>
            <w:tcBorders>
              <w:left w:val="single" w:sz="4" w:space="0" w:color="auto"/>
            </w:tcBorders>
          </w:tcPr>
          <w:p w14:paraId="2242E74E" w14:textId="77777777" w:rsidR="00E37117" w:rsidRPr="004D7D2A" w:rsidRDefault="00E37117">
            <w:pPr>
              <w:rPr>
                <w:rFonts w:asciiTheme="majorHAnsi" w:hAnsiTheme="majorHAnsi" w:cstheme="majorHAnsi"/>
                <w:lang w:val="it-IT"/>
              </w:rPr>
            </w:pPr>
          </w:p>
          <w:p w14:paraId="139BCA5D" w14:textId="22B8AFF4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</w:t>
            </w:r>
            <w:r w:rsidR="00757F43" w:rsidRPr="004D7D2A">
              <w:rPr>
                <w:rFonts w:asciiTheme="majorHAnsi" w:hAnsiTheme="majorHAnsi" w:cstheme="majorHAnsi"/>
                <w:lang w:val="it-IT"/>
              </w:rPr>
              <w:t>_______________________</w:t>
            </w:r>
            <w:r w:rsidRPr="004D7D2A">
              <w:rPr>
                <w:rFonts w:asciiTheme="majorHAnsi" w:hAnsiTheme="majorHAnsi" w:cstheme="majorHAnsi"/>
                <w:lang w:val="it-IT"/>
              </w:rPr>
              <w:t>_____</w:t>
            </w:r>
          </w:p>
        </w:tc>
      </w:tr>
      <w:tr w:rsidR="00CF3967" w:rsidRPr="004D7D2A" w14:paraId="3C4324F8" w14:textId="77777777" w:rsidTr="00BB2F4B">
        <w:trPr>
          <w:trHeight w:val="532"/>
        </w:trPr>
        <w:tc>
          <w:tcPr>
            <w:tcW w:w="2376" w:type="dxa"/>
            <w:tcBorders>
              <w:right w:val="single" w:sz="4" w:space="0" w:color="auto"/>
            </w:tcBorders>
          </w:tcPr>
          <w:p w14:paraId="06081CEC" w14:textId="77777777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Indirizzo</w:t>
            </w:r>
          </w:p>
        </w:tc>
        <w:tc>
          <w:tcPr>
            <w:tcW w:w="7208" w:type="dxa"/>
            <w:tcBorders>
              <w:left w:val="single" w:sz="4" w:space="0" w:color="auto"/>
            </w:tcBorders>
          </w:tcPr>
          <w:p w14:paraId="004A44EF" w14:textId="7109CCFE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</w:t>
            </w:r>
            <w:r w:rsidR="00757F43" w:rsidRPr="004D7D2A">
              <w:rPr>
                <w:rFonts w:asciiTheme="majorHAnsi" w:hAnsiTheme="majorHAnsi" w:cstheme="majorHAnsi"/>
                <w:lang w:val="it-IT"/>
              </w:rPr>
              <w:t>_______________________</w:t>
            </w:r>
            <w:r w:rsidRPr="004D7D2A">
              <w:rPr>
                <w:rFonts w:asciiTheme="majorHAnsi" w:hAnsiTheme="majorHAnsi" w:cstheme="majorHAnsi"/>
                <w:lang w:val="it-IT"/>
              </w:rPr>
              <w:t>_____</w:t>
            </w:r>
          </w:p>
        </w:tc>
      </w:tr>
      <w:tr w:rsidR="00CF3967" w:rsidRPr="004D7D2A" w14:paraId="3A2F9009" w14:textId="77777777" w:rsidTr="00BB2F4B">
        <w:trPr>
          <w:trHeight w:val="532"/>
        </w:trPr>
        <w:tc>
          <w:tcPr>
            <w:tcW w:w="2376" w:type="dxa"/>
            <w:tcBorders>
              <w:right w:val="single" w:sz="4" w:space="0" w:color="auto"/>
            </w:tcBorders>
          </w:tcPr>
          <w:p w14:paraId="76EE1502" w14:textId="77777777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Telefono</w:t>
            </w:r>
          </w:p>
        </w:tc>
        <w:tc>
          <w:tcPr>
            <w:tcW w:w="7208" w:type="dxa"/>
            <w:tcBorders>
              <w:left w:val="single" w:sz="4" w:space="0" w:color="auto"/>
            </w:tcBorders>
          </w:tcPr>
          <w:p w14:paraId="26A8F0EE" w14:textId="7691A79E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</w:t>
            </w:r>
            <w:r w:rsidR="00757F43" w:rsidRPr="004D7D2A">
              <w:rPr>
                <w:rFonts w:asciiTheme="majorHAnsi" w:hAnsiTheme="majorHAnsi" w:cstheme="majorHAnsi"/>
                <w:lang w:val="it-IT"/>
              </w:rPr>
              <w:t>_______________________</w:t>
            </w:r>
            <w:r w:rsidRPr="004D7D2A">
              <w:rPr>
                <w:rFonts w:asciiTheme="majorHAnsi" w:hAnsiTheme="majorHAnsi" w:cstheme="majorHAnsi"/>
                <w:lang w:val="it-IT"/>
              </w:rPr>
              <w:t>_______________</w:t>
            </w:r>
          </w:p>
        </w:tc>
      </w:tr>
      <w:tr w:rsidR="00CF3967" w:rsidRPr="004D7D2A" w14:paraId="392746F7" w14:textId="77777777" w:rsidTr="00BB2F4B">
        <w:trPr>
          <w:trHeight w:val="532"/>
        </w:trPr>
        <w:tc>
          <w:tcPr>
            <w:tcW w:w="2376" w:type="dxa"/>
            <w:tcBorders>
              <w:right w:val="single" w:sz="4" w:space="0" w:color="auto"/>
            </w:tcBorders>
          </w:tcPr>
          <w:p w14:paraId="4DB57E3D" w14:textId="281C4C74" w:rsidR="00CF3967" w:rsidRPr="004D7D2A" w:rsidRDefault="00BC3978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E-mail</w:t>
            </w:r>
          </w:p>
        </w:tc>
        <w:tc>
          <w:tcPr>
            <w:tcW w:w="7208" w:type="dxa"/>
            <w:tcBorders>
              <w:left w:val="single" w:sz="4" w:space="0" w:color="auto"/>
            </w:tcBorders>
          </w:tcPr>
          <w:p w14:paraId="46B8C340" w14:textId="4837B0A3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</w:t>
            </w:r>
            <w:r w:rsidR="00757F43" w:rsidRPr="004D7D2A">
              <w:rPr>
                <w:rFonts w:asciiTheme="majorHAnsi" w:hAnsiTheme="majorHAnsi" w:cstheme="majorHAnsi"/>
                <w:lang w:val="it-IT"/>
              </w:rPr>
              <w:t>_______________________</w:t>
            </w:r>
            <w:r w:rsidRPr="004D7D2A">
              <w:rPr>
                <w:rFonts w:asciiTheme="majorHAnsi" w:hAnsiTheme="majorHAnsi" w:cstheme="majorHAnsi"/>
                <w:lang w:val="it-IT"/>
              </w:rPr>
              <w:t>_______</w:t>
            </w:r>
          </w:p>
        </w:tc>
      </w:tr>
      <w:tr w:rsidR="00CF3967" w:rsidRPr="004D7D2A" w14:paraId="71BFE901" w14:textId="77777777" w:rsidTr="00B96715">
        <w:trPr>
          <w:trHeight w:val="315"/>
        </w:trPr>
        <w:tc>
          <w:tcPr>
            <w:tcW w:w="2376" w:type="dxa"/>
            <w:tcBorders>
              <w:right w:val="single" w:sz="4" w:space="0" w:color="auto"/>
            </w:tcBorders>
          </w:tcPr>
          <w:p w14:paraId="32DA4DF8" w14:textId="40E274F9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 xml:space="preserve">Data </w:t>
            </w:r>
            <w:r>
              <w:rPr>
                <w:rFonts w:asciiTheme="majorHAnsi" w:hAnsiTheme="majorHAnsi" w:cstheme="majorHAnsi"/>
                <w:lang w:val="it-IT"/>
              </w:rPr>
              <w:t xml:space="preserve">e luogo </w:t>
            </w:r>
            <w:r w:rsidRPr="004D7D2A">
              <w:rPr>
                <w:rFonts w:asciiTheme="majorHAnsi" w:hAnsiTheme="majorHAnsi" w:cstheme="majorHAnsi"/>
                <w:lang w:val="it-IT"/>
              </w:rPr>
              <w:t>di nascita</w:t>
            </w:r>
          </w:p>
        </w:tc>
        <w:tc>
          <w:tcPr>
            <w:tcW w:w="7208" w:type="dxa"/>
            <w:tcBorders>
              <w:left w:val="single" w:sz="4" w:space="0" w:color="auto"/>
            </w:tcBorders>
          </w:tcPr>
          <w:p w14:paraId="7BEDED92" w14:textId="2A9F5AAA" w:rsidR="00CF3967" w:rsidRPr="004D7D2A" w:rsidRDefault="00A820E1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</w:t>
            </w:r>
            <w:r w:rsidR="00757F43" w:rsidRPr="004D7D2A">
              <w:rPr>
                <w:rFonts w:asciiTheme="majorHAnsi" w:hAnsiTheme="majorHAnsi" w:cstheme="majorHAnsi"/>
                <w:lang w:val="it-IT"/>
              </w:rPr>
              <w:t>_______________________</w:t>
            </w:r>
            <w:r w:rsidRPr="004D7D2A">
              <w:rPr>
                <w:rFonts w:asciiTheme="majorHAnsi" w:hAnsiTheme="majorHAnsi" w:cstheme="majorHAnsi"/>
                <w:lang w:val="it-IT"/>
              </w:rPr>
              <w:t>____________</w:t>
            </w:r>
          </w:p>
        </w:tc>
      </w:tr>
    </w:tbl>
    <w:p w14:paraId="7F73195B" w14:textId="42402F27" w:rsidR="00BB2F4B" w:rsidRPr="004D7D2A" w:rsidRDefault="00BB2F4B" w:rsidP="00BB2F4B">
      <w:pPr>
        <w:pStyle w:val="Titolo1"/>
        <w:rPr>
          <w:rFonts w:cstheme="majorHAnsi"/>
          <w:lang w:val="it-IT"/>
        </w:rPr>
      </w:pPr>
      <w:r w:rsidRPr="004D7D2A">
        <w:rPr>
          <w:rFonts w:cstheme="majorHAnsi"/>
          <w:lang w:val="it-IT"/>
        </w:rPr>
        <w:t>Istruzione e formazione</w:t>
      </w:r>
    </w:p>
    <w:tbl>
      <w:tblPr>
        <w:tblW w:w="9554" w:type="dxa"/>
        <w:tblLook w:val="04A0" w:firstRow="1" w:lastRow="0" w:firstColumn="1" w:lastColumn="0" w:noHBand="0" w:noVBand="1"/>
      </w:tblPr>
      <w:tblGrid>
        <w:gridCol w:w="2376"/>
        <w:gridCol w:w="7178"/>
      </w:tblGrid>
      <w:tr w:rsidR="00BB2F4B" w:rsidRPr="004D7D2A" w14:paraId="60892483" w14:textId="77777777" w:rsidTr="00286DC7">
        <w:trPr>
          <w:trHeight w:val="569"/>
        </w:trPr>
        <w:tc>
          <w:tcPr>
            <w:tcW w:w="2376" w:type="dxa"/>
            <w:tcBorders>
              <w:right w:val="single" w:sz="4" w:space="0" w:color="auto"/>
            </w:tcBorders>
          </w:tcPr>
          <w:p w14:paraId="7DA0BA21" w14:textId="77777777" w:rsidR="00BB2F4B" w:rsidRPr="004D7D2A" w:rsidRDefault="00BB2F4B" w:rsidP="00713100">
            <w:pPr>
              <w:rPr>
                <w:rFonts w:asciiTheme="majorHAnsi" w:hAnsiTheme="majorHAnsi" w:cstheme="majorHAnsi"/>
                <w:lang w:val="it-IT"/>
              </w:rPr>
            </w:pPr>
          </w:p>
          <w:p w14:paraId="1A1190C8" w14:textId="77777777" w:rsidR="00BB2F4B" w:rsidRPr="004D7D2A" w:rsidRDefault="00BB2F4B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Date (da – a)</w:t>
            </w:r>
          </w:p>
        </w:tc>
        <w:tc>
          <w:tcPr>
            <w:tcW w:w="7178" w:type="dxa"/>
            <w:tcBorders>
              <w:left w:val="single" w:sz="4" w:space="0" w:color="auto"/>
            </w:tcBorders>
          </w:tcPr>
          <w:p w14:paraId="2AE13F4F" w14:textId="77777777" w:rsidR="00A27B66" w:rsidRDefault="00A27B66" w:rsidP="00713100">
            <w:pPr>
              <w:rPr>
                <w:rFonts w:asciiTheme="majorHAnsi" w:hAnsiTheme="majorHAnsi" w:cstheme="majorHAnsi"/>
                <w:lang w:val="it-IT"/>
              </w:rPr>
            </w:pPr>
          </w:p>
          <w:p w14:paraId="2FF4E1DA" w14:textId="3E931033" w:rsidR="00BB2F4B" w:rsidRPr="004D7D2A" w:rsidRDefault="00A27B66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BB2F4B" w:rsidRPr="004D7D2A" w14:paraId="3A6A1DE3" w14:textId="77777777" w:rsidTr="00286DC7">
        <w:trPr>
          <w:trHeight w:val="569"/>
        </w:trPr>
        <w:tc>
          <w:tcPr>
            <w:tcW w:w="2376" w:type="dxa"/>
            <w:tcBorders>
              <w:right w:val="single" w:sz="4" w:space="0" w:color="auto"/>
            </w:tcBorders>
          </w:tcPr>
          <w:p w14:paraId="084A97E6" w14:textId="77777777" w:rsidR="00BB2F4B" w:rsidRPr="004D7D2A" w:rsidRDefault="00BB2F4B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Istituto/Corso</w:t>
            </w:r>
          </w:p>
        </w:tc>
        <w:tc>
          <w:tcPr>
            <w:tcW w:w="7178" w:type="dxa"/>
            <w:tcBorders>
              <w:left w:val="single" w:sz="4" w:space="0" w:color="auto"/>
            </w:tcBorders>
          </w:tcPr>
          <w:p w14:paraId="30B21205" w14:textId="106F56A9" w:rsidR="00BB2F4B" w:rsidRPr="004D7D2A" w:rsidRDefault="00A27B66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42117F3D" w14:textId="77777777" w:rsidTr="00B96715">
        <w:trPr>
          <w:trHeight w:val="213"/>
        </w:trPr>
        <w:tc>
          <w:tcPr>
            <w:tcW w:w="2376" w:type="dxa"/>
            <w:tcBorders>
              <w:right w:val="single" w:sz="4" w:space="0" w:color="auto"/>
            </w:tcBorders>
          </w:tcPr>
          <w:p w14:paraId="5A66AD02" w14:textId="3D21645A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Qualifica conseguita</w:t>
            </w:r>
          </w:p>
        </w:tc>
        <w:tc>
          <w:tcPr>
            <w:tcW w:w="7178" w:type="dxa"/>
            <w:tcBorders>
              <w:left w:val="single" w:sz="4" w:space="0" w:color="auto"/>
            </w:tcBorders>
          </w:tcPr>
          <w:p w14:paraId="30081B71" w14:textId="1A5C3AAF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2B9F0E45" w14:textId="77777777" w:rsidTr="00286DC7">
        <w:trPr>
          <w:trHeight w:val="638"/>
        </w:trPr>
        <w:tc>
          <w:tcPr>
            <w:tcW w:w="2376" w:type="dxa"/>
            <w:tcBorders>
              <w:right w:val="single" w:sz="4" w:space="0" w:color="auto"/>
            </w:tcBorders>
          </w:tcPr>
          <w:p w14:paraId="14095FAA" w14:textId="5C14C716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Date (da – a)</w:t>
            </w:r>
          </w:p>
        </w:tc>
        <w:tc>
          <w:tcPr>
            <w:tcW w:w="7178" w:type="dxa"/>
            <w:tcBorders>
              <w:left w:val="single" w:sz="4" w:space="0" w:color="auto"/>
            </w:tcBorders>
          </w:tcPr>
          <w:p w14:paraId="46A7BA33" w14:textId="4F1801D5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2F42AAB6" w14:textId="77777777" w:rsidTr="00EE6485">
        <w:trPr>
          <w:trHeight w:val="569"/>
        </w:trPr>
        <w:tc>
          <w:tcPr>
            <w:tcW w:w="2376" w:type="dxa"/>
            <w:tcBorders>
              <w:right w:val="single" w:sz="4" w:space="0" w:color="auto"/>
            </w:tcBorders>
          </w:tcPr>
          <w:p w14:paraId="2E585E73" w14:textId="2B9BC316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Istituto/Corso</w:t>
            </w:r>
          </w:p>
        </w:tc>
        <w:tc>
          <w:tcPr>
            <w:tcW w:w="7178" w:type="dxa"/>
            <w:tcBorders>
              <w:left w:val="single" w:sz="4" w:space="0" w:color="auto"/>
            </w:tcBorders>
          </w:tcPr>
          <w:p w14:paraId="0F2C3D91" w14:textId="334BD793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2086E9B0" w14:textId="77777777" w:rsidTr="00EE6485">
        <w:trPr>
          <w:trHeight w:val="638"/>
        </w:trPr>
        <w:tc>
          <w:tcPr>
            <w:tcW w:w="2376" w:type="dxa"/>
            <w:tcBorders>
              <w:right w:val="single" w:sz="4" w:space="0" w:color="auto"/>
            </w:tcBorders>
          </w:tcPr>
          <w:p w14:paraId="78C6BEB0" w14:textId="72BFC500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Qualifica conseguita</w:t>
            </w:r>
          </w:p>
        </w:tc>
        <w:tc>
          <w:tcPr>
            <w:tcW w:w="7178" w:type="dxa"/>
            <w:tcBorders>
              <w:left w:val="single" w:sz="4" w:space="0" w:color="auto"/>
            </w:tcBorders>
          </w:tcPr>
          <w:p w14:paraId="7B8E635D" w14:textId="4F9FDD04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</w:tbl>
    <w:p w14:paraId="2857AED5" w14:textId="335DD139" w:rsidR="00BB2F4B" w:rsidRPr="004D7D2A" w:rsidRDefault="00BB2F4B" w:rsidP="00BB2F4B">
      <w:pPr>
        <w:pStyle w:val="Titolo1"/>
        <w:rPr>
          <w:rFonts w:cstheme="majorHAnsi"/>
          <w:lang w:val="it-IT"/>
        </w:rPr>
      </w:pPr>
      <w:r w:rsidRPr="004D7D2A">
        <w:rPr>
          <w:rFonts w:cstheme="majorHAnsi"/>
          <w:lang w:val="it-IT"/>
        </w:rPr>
        <w:t>Esperienza lavorativa</w:t>
      </w:r>
    </w:p>
    <w:tbl>
      <w:tblPr>
        <w:tblW w:w="9612" w:type="dxa"/>
        <w:tblLook w:val="04A0" w:firstRow="1" w:lastRow="0" w:firstColumn="1" w:lastColumn="0" w:noHBand="0" w:noVBand="1"/>
      </w:tblPr>
      <w:tblGrid>
        <w:gridCol w:w="2376"/>
        <w:gridCol w:w="7236"/>
      </w:tblGrid>
      <w:tr w:rsidR="00BB2F4B" w:rsidRPr="004D7D2A" w14:paraId="522D50A2" w14:textId="77777777" w:rsidTr="00A27B66">
        <w:trPr>
          <w:trHeight w:val="592"/>
        </w:trPr>
        <w:tc>
          <w:tcPr>
            <w:tcW w:w="2376" w:type="dxa"/>
            <w:tcBorders>
              <w:right w:val="single" w:sz="4" w:space="0" w:color="auto"/>
            </w:tcBorders>
          </w:tcPr>
          <w:p w14:paraId="46DAF560" w14:textId="77777777" w:rsidR="00BB2F4B" w:rsidRPr="004D7D2A" w:rsidRDefault="00BB2F4B" w:rsidP="00713100">
            <w:pPr>
              <w:rPr>
                <w:rFonts w:asciiTheme="majorHAnsi" w:hAnsiTheme="majorHAnsi" w:cstheme="majorHAnsi"/>
                <w:lang w:val="it-IT"/>
              </w:rPr>
            </w:pPr>
          </w:p>
          <w:p w14:paraId="59042F1A" w14:textId="77777777" w:rsidR="00BB2F4B" w:rsidRPr="004D7D2A" w:rsidRDefault="00BB2F4B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Date (da – a)</w:t>
            </w:r>
          </w:p>
        </w:tc>
        <w:tc>
          <w:tcPr>
            <w:tcW w:w="7236" w:type="dxa"/>
            <w:tcBorders>
              <w:left w:val="single" w:sz="4" w:space="0" w:color="auto"/>
            </w:tcBorders>
          </w:tcPr>
          <w:p w14:paraId="108FE060" w14:textId="77777777" w:rsidR="00BB2F4B" w:rsidRPr="004D7D2A" w:rsidRDefault="00BB2F4B" w:rsidP="00713100">
            <w:pPr>
              <w:rPr>
                <w:rFonts w:asciiTheme="majorHAnsi" w:hAnsiTheme="majorHAnsi" w:cstheme="majorHAnsi"/>
                <w:lang w:val="it-IT"/>
              </w:rPr>
            </w:pPr>
          </w:p>
          <w:p w14:paraId="7A9F73E0" w14:textId="5D5E0809" w:rsidR="00BB2F4B" w:rsidRPr="004D7D2A" w:rsidRDefault="00A27B66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BB2F4B" w:rsidRPr="004D7D2A" w14:paraId="60ECCAE3" w14:textId="77777777" w:rsidTr="00A27B66">
        <w:trPr>
          <w:trHeight w:val="592"/>
        </w:trPr>
        <w:tc>
          <w:tcPr>
            <w:tcW w:w="2376" w:type="dxa"/>
            <w:tcBorders>
              <w:right w:val="single" w:sz="4" w:space="0" w:color="auto"/>
            </w:tcBorders>
          </w:tcPr>
          <w:p w14:paraId="2F7B4539" w14:textId="77777777" w:rsidR="00BB2F4B" w:rsidRPr="004D7D2A" w:rsidRDefault="00BB2F4B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Datore di lavoro</w:t>
            </w:r>
          </w:p>
        </w:tc>
        <w:tc>
          <w:tcPr>
            <w:tcW w:w="7236" w:type="dxa"/>
            <w:tcBorders>
              <w:left w:val="single" w:sz="4" w:space="0" w:color="auto"/>
            </w:tcBorders>
          </w:tcPr>
          <w:p w14:paraId="271B648A" w14:textId="3F483EAB" w:rsidR="00BB2F4B" w:rsidRPr="004D7D2A" w:rsidRDefault="00A27B66" w:rsidP="00713100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1762AFA7" w14:textId="77777777" w:rsidTr="00A27B66">
        <w:trPr>
          <w:trHeight w:val="592"/>
        </w:trPr>
        <w:tc>
          <w:tcPr>
            <w:tcW w:w="2376" w:type="dxa"/>
            <w:tcBorders>
              <w:right w:val="single" w:sz="4" w:space="0" w:color="auto"/>
            </w:tcBorders>
          </w:tcPr>
          <w:p w14:paraId="4F73FF6E" w14:textId="48A82CFB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Tipo di impiego</w:t>
            </w:r>
            <w:r w:rsidR="00A820E1">
              <w:rPr>
                <w:rFonts w:asciiTheme="majorHAnsi" w:hAnsiTheme="majorHAnsi" w:cstheme="majorHAnsi"/>
                <w:lang w:val="it-IT"/>
              </w:rPr>
              <w:t xml:space="preserve"> e</w:t>
            </w:r>
            <w:r w:rsidRPr="004D7D2A">
              <w:rPr>
                <w:rFonts w:asciiTheme="majorHAnsi" w:hAnsiTheme="majorHAnsi" w:cstheme="majorHAnsi"/>
                <w:lang w:val="it-IT"/>
              </w:rPr>
              <w:t xml:space="preserve"> </w:t>
            </w:r>
            <w:r>
              <w:rPr>
                <w:rFonts w:asciiTheme="majorHAnsi" w:hAnsiTheme="majorHAnsi" w:cstheme="majorHAnsi"/>
                <w:lang w:val="it-IT"/>
              </w:rPr>
              <w:t>m</w:t>
            </w:r>
            <w:r w:rsidRPr="004D7D2A">
              <w:rPr>
                <w:rFonts w:asciiTheme="majorHAnsi" w:hAnsiTheme="majorHAnsi" w:cstheme="majorHAnsi"/>
                <w:lang w:val="it-IT"/>
              </w:rPr>
              <w:t>ansioni</w:t>
            </w:r>
            <w:r w:rsidR="00A820E1">
              <w:rPr>
                <w:rFonts w:asciiTheme="majorHAnsi" w:hAnsiTheme="majorHAnsi" w:cstheme="majorHAnsi"/>
                <w:lang w:val="it-IT"/>
              </w:rPr>
              <w:t xml:space="preserve"> </w:t>
            </w:r>
          </w:p>
        </w:tc>
        <w:tc>
          <w:tcPr>
            <w:tcW w:w="7236" w:type="dxa"/>
            <w:tcBorders>
              <w:left w:val="single" w:sz="4" w:space="0" w:color="auto"/>
            </w:tcBorders>
          </w:tcPr>
          <w:p w14:paraId="301B0384" w14:textId="76F94284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50EBA14F" w14:textId="77777777" w:rsidTr="00A27B66">
        <w:trPr>
          <w:trHeight w:val="299"/>
        </w:trPr>
        <w:tc>
          <w:tcPr>
            <w:tcW w:w="2376" w:type="dxa"/>
            <w:tcBorders>
              <w:right w:val="single" w:sz="4" w:space="0" w:color="auto"/>
            </w:tcBorders>
          </w:tcPr>
          <w:p w14:paraId="77304E9D" w14:textId="2464EF31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lastRenderedPageBreak/>
              <w:t>Date (da – a)</w:t>
            </w:r>
          </w:p>
        </w:tc>
        <w:tc>
          <w:tcPr>
            <w:tcW w:w="7236" w:type="dxa"/>
            <w:tcBorders>
              <w:left w:val="single" w:sz="4" w:space="0" w:color="auto"/>
            </w:tcBorders>
          </w:tcPr>
          <w:p w14:paraId="1344C94F" w14:textId="01AA03D1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0281C4EE" w14:textId="77777777" w:rsidTr="00A27B66">
        <w:trPr>
          <w:trHeight w:val="363"/>
        </w:trPr>
        <w:tc>
          <w:tcPr>
            <w:tcW w:w="2376" w:type="dxa"/>
            <w:tcBorders>
              <w:right w:val="single" w:sz="4" w:space="0" w:color="auto"/>
            </w:tcBorders>
          </w:tcPr>
          <w:p w14:paraId="00FA1C97" w14:textId="4134A0E8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Datore di lavoro</w:t>
            </w:r>
          </w:p>
        </w:tc>
        <w:tc>
          <w:tcPr>
            <w:tcW w:w="7236" w:type="dxa"/>
            <w:tcBorders>
              <w:left w:val="single" w:sz="4" w:space="0" w:color="auto"/>
            </w:tcBorders>
          </w:tcPr>
          <w:p w14:paraId="1627735F" w14:textId="11635A6A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286DC7" w:rsidRPr="004D7D2A" w14:paraId="4DB96E8E" w14:textId="77777777" w:rsidTr="00A27B66">
        <w:trPr>
          <w:trHeight w:val="1122"/>
        </w:trPr>
        <w:tc>
          <w:tcPr>
            <w:tcW w:w="2376" w:type="dxa"/>
            <w:tcBorders>
              <w:right w:val="single" w:sz="4" w:space="0" w:color="auto"/>
            </w:tcBorders>
          </w:tcPr>
          <w:p w14:paraId="29D5B088" w14:textId="098E2391" w:rsidR="00286DC7" w:rsidRPr="004D7D2A" w:rsidRDefault="00286DC7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Tipo di impiego</w:t>
            </w:r>
            <w:r w:rsidR="00A820E1">
              <w:rPr>
                <w:rFonts w:asciiTheme="majorHAnsi" w:hAnsiTheme="majorHAnsi" w:cstheme="majorHAnsi"/>
                <w:lang w:val="it-IT"/>
              </w:rPr>
              <w:t xml:space="preserve"> e </w:t>
            </w:r>
            <w:r>
              <w:rPr>
                <w:rFonts w:asciiTheme="majorHAnsi" w:hAnsiTheme="majorHAnsi" w:cstheme="majorHAnsi"/>
                <w:lang w:val="it-IT"/>
              </w:rPr>
              <w:t>m</w:t>
            </w:r>
            <w:r w:rsidRPr="004D7D2A">
              <w:rPr>
                <w:rFonts w:asciiTheme="majorHAnsi" w:hAnsiTheme="majorHAnsi" w:cstheme="majorHAnsi"/>
                <w:lang w:val="it-IT"/>
              </w:rPr>
              <w:t>ansioni</w:t>
            </w:r>
          </w:p>
        </w:tc>
        <w:tc>
          <w:tcPr>
            <w:tcW w:w="7236" w:type="dxa"/>
            <w:tcBorders>
              <w:left w:val="single" w:sz="4" w:space="0" w:color="auto"/>
            </w:tcBorders>
          </w:tcPr>
          <w:p w14:paraId="05E217D8" w14:textId="5B3188AE" w:rsidR="00286DC7" w:rsidRPr="004D7D2A" w:rsidRDefault="00A27B66" w:rsidP="00286DC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</w:tbl>
    <w:p w14:paraId="7EB20832" w14:textId="0082C14C" w:rsidR="00CF3967" w:rsidRPr="004D7D2A" w:rsidRDefault="00A820E1">
      <w:pPr>
        <w:pStyle w:val="Titolo1"/>
        <w:rPr>
          <w:rFonts w:cstheme="majorHAnsi"/>
          <w:lang w:val="it-IT"/>
        </w:rPr>
      </w:pPr>
      <w:r w:rsidRPr="004D7D2A">
        <w:rPr>
          <w:rFonts w:cstheme="majorHAnsi"/>
          <w:lang w:val="it-IT"/>
        </w:rPr>
        <w:t>Competenze personali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2376"/>
        <w:gridCol w:w="7244"/>
      </w:tblGrid>
      <w:tr w:rsidR="00E37117" w:rsidRPr="004D7D2A" w14:paraId="4F368CA6" w14:textId="77777777" w:rsidTr="00D4549D">
        <w:trPr>
          <w:trHeight w:val="80"/>
        </w:trPr>
        <w:tc>
          <w:tcPr>
            <w:tcW w:w="2376" w:type="dxa"/>
            <w:tcBorders>
              <w:right w:val="single" w:sz="4" w:space="0" w:color="auto"/>
            </w:tcBorders>
          </w:tcPr>
          <w:p w14:paraId="596DC93E" w14:textId="77777777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</w:p>
          <w:p w14:paraId="0EF15882" w14:textId="10B0605F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Lingua madre</w:t>
            </w:r>
          </w:p>
        </w:tc>
        <w:tc>
          <w:tcPr>
            <w:tcW w:w="7244" w:type="dxa"/>
            <w:tcBorders>
              <w:left w:val="single" w:sz="4" w:space="0" w:color="auto"/>
            </w:tcBorders>
          </w:tcPr>
          <w:p w14:paraId="2A3E1A94" w14:textId="77777777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</w:p>
          <w:p w14:paraId="5BDD2DE5" w14:textId="47873D0E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E37117" w:rsidRPr="004D7D2A" w14:paraId="27441714" w14:textId="77777777" w:rsidTr="00D4549D">
        <w:trPr>
          <w:trHeight w:val="83"/>
        </w:trPr>
        <w:tc>
          <w:tcPr>
            <w:tcW w:w="2376" w:type="dxa"/>
            <w:tcBorders>
              <w:right w:val="single" w:sz="4" w:space="0" w:color="auto"/>
            </w:tcBorders>
          </w:tcPr>
          <w:p w14:paraId="7ABE89B4" w14:textId="77777777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Altre lingue</w:t>
            </w:r>
          </w:p>
        </w:tc>
        <w:tc>
          <w:tcPr>
            <w:tcW w:w="7244" w:type="dxa"/>
            <w:tcBorders>
              <w:left w:val="single" w:sz="4" w:space="0" w:color="auto"/>
            </w:tcBorders>
          </w:tcPr>
          <w:p w14:paraId="7AB5B094" w14:textId="3F4747B7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E37117" w:rsidRPr="004D7D2A" w14:paraId="642D28D4" w14:textId="77777777" w:rsidTr="00D4549D">
        <w:trPr>
          <w:trHeight w:val="83"/>
        </w:trPr>
        <w:tc>
          <w:tcPr>
            <w:tcW w:w="2376" w:type="dxa"/>
            <w:tcBorders>
              <w:right w:val="single" w:sz="4" w:space="0" w:color="auto"/>
            </w:tcBorders>
          </w:tcPr>
          <w:p w14:paraId="7A3610BC" w14:textId="1E431698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 xml:space="preserve">Competenze </w:t>
            </w:r>
          </w:p>
        </w:tc>
        <w:tc>
          <w:tcPr>
            <w:tcW w:w="7244" w:type="dxa"/>
            <w:tcBorders>
              <w:left w:val="single" w:sz="4" w:space="0" w:color="auto"/>
            </w:tcBorders>
          </w:tcPr>
          <w:p w14:paraId="072CFE87" w14:textId="41A9F5DD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E37117" w:rsidRPr="004D7D2A" w14:paraId="1F354A92" w14:textId="77777777" w:rsidTr="00D4549D">
        <w:trPr>
          <w:trHeight w:val="83"/>
        </w:trPr>
        <w:tc>
          <w:tcPr>
            <w:tcW w:w="2376" w:type="dxa"/>
            <w:tcBorders>
              <w:right w:val="single" w:sz="4" w:space="0" w:color="auto"/>
            </w:tcBorders>
          </w:tcPr>
          <w:p w14:paraId="3384382A" w14:textId="7C7027BB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44" w:type="dxa"/>
            <w:tcBorders>
              <w:left w:val="single" w:sz="4" w:space="0" w:color="auto"/>
            </w:tcBorders>
          </w:tcPr>
          <w:p w14:paraId="726B735A" w14:textId="1F0BE7C9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</w:tbl>
    <w:p w14:paraId="56CD2750" w14:textId="77777777" w:rsidR="00CF3967" w:rsidRPr="004D7D2A" w:rsidRDefault="00A820E1">
      <w:pPr>
        <w:pStyle w:val="Titolo1"/>
        <w:rPr>
          <w:rFonts w:cstheme="majorHAnsi"/>
          <w:lang w:val="it-IT"/>
        </w:rPr>
      </w:pPr>
      <w:r w:rsidRPr="004D7D2A">
        <w:rPr>
          <w:rFonts w:cstheme="majorHAnsi"/>
          <w:lang w:val="it-IT"/>
        </w:rPr>
        <w:t>Ulteriori informazioni</w:t>
      </w:r>
    </w:p>
    <w:tbl>
      <w:tblPr>
        <w:tblW w:w="9824" w:type="dxa"/>
        <w:tblLook w:val="04A0" w:firstRow="1" w:lastRow="0" w:firstColumn="1" w:lastColumn="0" w:noHBand="0" w:noVBand="1"/>
      </w:tblPr>
      <w:tblGrid>
        <w:gridCol w:w="2376"/>
        <w:gridCol w:w="7448"/>
      </w:tblGrid>
      <w:tr w:rsidR="00E37117" w:rsidRPr="004D7D2A" w14:paraId="3AB5D76E" w14:textId="77777777" w:rsidTr="00D4549D">
        <w:trPr>
          <w:trHeight w:val="1059"/>
        </w:trPr>
        <w:tc>
          <w:tcPr>
            <w:tcW w:w="2376" w:type="dxa"/>
            <w:tcBorders>
              <w:right w:val="single" w:sz="4" w:space="0" w:color="auto"/>
            </w:tcBorders>
          </w:tcPr>
          <w:p w14:paraId="623C3955" w14:textId="77777777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</w:p>
          <w:p w14:paraId="1769FB9C" w14:textId="73CB8863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Patente di guida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65318F85" w14:textId="77777777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</w:p>
          <w:p w14:paraId="57E65774" w14:textId="03AED517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  <w:tr w:rsidR="00E37117" w:rsidRPr="004D7D2A" w14:paraId="145967CC" w14:textId="77777777" w:rsidTr="00D4549D">
        <w:trPr>
          <w:trHeight w:val="529"/>
        </w:trPr>
        <w:tc>
          <w:tcPr>
            <w:tcW w:w="2376" w:type="dxa"/>
            <w:tcBorders>
              <w:right w:val="single" w:sz="4" w:space="0" w:color="auto"/>
            </w:tcBorders>
          </w:tcPr>
          <w:p w14:paraId="6D166C14" w14:textId="50FDF386" w:rsidR="00E37117" w:rsidRPr="004D7D2A" w:rsidRDefault="00862B55" w:rsidP="00E37117">
            <w:pPr>
              <w:rPr>
                <w:rFonts w:asciiTheme="majorHAnsi" w:hAnsiTheme="majorHAnsi" w:cstheme="majorHAnsi"/>
                <w:lang w:val="it-IT"/>
              </w:rPr>
            </w:pPr>
            <w:r>
              <w:rPr>
                <w:rFonts w:asciiTheme="majorHAnsi" w:hAnsiTheme="majorHAnsi" w:cstheme="majorHAnsi"/>
                <w:lang w:val="it-IT"/>
              </w:rPr>
              <w:t>Altre informazioni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103D224C" w14:textId="78F86C1D" w:rsidR="00E37117" w:rsidRPr="004D7D2A" w:rsidRDefault="00E37117" w:rsidP="00E37117">
            <w:pPr>
              <w:rPr>
                <w:rFonts w:asciiTheme="majorHAnsi" w:hAnsiTheme="majorHAnsi" w:cstheme="majorHAnsi"/>
                <w:lang w:val="it-IT"/>
              </w:rPr>
            </w:pPr>
            <w:r w:rsidRPr="004D7D2A">
              <w:rPr>
                <w:rFonts w:asciiTheme="majorHAnsi" w:hAnsiTheme="majorHAnsi" w:cstheme="majorHAnsi"/>
                <w:lang w:val="it-IT"/>
              </w:rPr>
              <w:t>_____________________________________________________</w:t>
            </w:r>
          </w:p>
        </w:tc>
      </w:tr>
    </w:tbl>
    <w:p w14:paraId="5A9AA604" w14:textId="77777777" w:rsidR="00A343AE" w:rsidRDefault="00A343AE">
      <w:pPr>
        <w:rPr>
          <w:rFonts w:asciiTheme="majorHAnsi" w:hAnsiTheme="majorHAnsi" w:cstheme="majorHAnsi"/>
          <w:lang w:val="it-IT"/>
        </w:rPr>
      </w:pPr>
    </w:p>
    <w:p w14:paraId="7C13DCC0" w14:textId="77777777" w:rsidR="00A820E1" w:rsidRDefault="00A820E1">
      <w:pPr>
        <w:rPr>
          <w:rFonts w:asciiTheme="majorHAnsi" w:hAnsiTheme="majorHAnsi" w:cstheme="majorHAnsi"/>
          <w:lang w:val="it-IT"/>
        </w:rPr>
      </w:pPr>
    </w:p>
    <w:p w14:paraId="40D150B7" w14:textId="7894E8F1" w:rsidR="00A820E1" w:rsidRPr="00A820E1" w:rsidRDefault="00A820E1" w:rsidP="00A820E1">
      <w:pPr>
        <w:jc w:val="center"/>
        <w:rPr>
          <w:rFonts w:asciiTheme="majorHAnsi" w:hAnsiTheme="majorHAnsi" w:cstheme="majorHAnsi"/>
          <w:i/>
          <w:sz w:val="18"/>
          <w:szCs w:val="18"/>
        </w:rPr>
      </w:pPr>
      <w:r w:rsidRPr="00A820E1">
        <w:rPr>
          <w:rFonts w:asciiTheme="majorHAnsi" w:hAnsiTheme="majorHAnsi" w:cstheme="majorHAnsi"/>
          <w:i/>
          <w:sz w:val="18"/>
          <w:szCs w:val="18"/>
        </w:rPr>
        <w:t>AUTODICHIARAZIONE AI SENSI DEGLI ARTT. 46, 47 e 76 D.P.R. N. 445/2000</w:t>
      </w:r>
    </w:p>
    <w:p w14:paraId="39124862" w14:textId="219E49F0" w:rsidR="00A820E1" w:rsidRPr="00A820E1" w:rsidRDefault="00A820E1" w:rsidP="00A820E1">
      <w:pPr>
        <w:jc w:val="both"/>
        <w:rPr>
          <w:rFonts w:asciiTheme="majorHAnsi" w:hAnsiTheme="majorHAnsi" w:cstheme="majorHAnsi"/>
          <w:i/>
          <w:sz w:val="18"/>
          <w:szCs w:val="18"/>
        </w:rPr>
      </w:pPr>
      <w:r>
        <w:rPr>
          <w:rFonts w:ascii="Verdana" w:hAnsi="Verdana" w:cs="Tahoma"/>
          <w:i/>
          <w:sz w:val="18"/>
          <w:szCs w:val="18"/>
        </w:rPr>
        <w:t>Il</w:t>
      </w:r>
      <w:r w:rsidRPr="00A820E1">
        <w:rPr>
          <w:rFonts w:asciiTheme="majorHAnsi" w:hAnsiTheme="majorHAnsi" w:cstheme="majorHAnsi"/>
          <w:i/>
          <w:sz w:val="18"/>
          <w:szCs w:val="18"/>
        </w:rPr>
        <w:t>/La sottoscritto/a</w:t>
      </w:r>
      <w:r>
        <w:rPr>
          <w:rFonts w:asciiTheme="majorHAnsi" w:hAnsiTheme="majorHAnsi" w:cstheme="majorHAnsi"/>
          <w:i/>
          <w:sz w:val="18"/>
          <w:szCs w:val="18"/>
        </w:rPr>
        <w:t xml:space="preserve"> _</w:t>
      </w:r>
      <w:r w:rsidRPr="00A820E1">
        <w:rPr>
          <w:rFonts w:asciiTheme="majorHAnsi" w:hAnsiTheme="majorHAnsi" w:cstheme="majorHAnsi"/>
          <w:i/>
          <w:sz w:val="18"/>
          <w:szCs w:val="18"/>
        </w:rPr>
        <w:t>____________</w:t>
      </w:r>
      <w:r>
        <w:rPr>
          <w:rFonts w:asciiTheme="majorHAnsi" w:hAnsiTheme="majorHAnsi" w:cstheme="majorHAnsi"/>
          <w:i/>
          <w:sz w:val="18"/>
          <w:szCs w:val="18"/>
        </w:rPr>
        <w:t>_______________________</w:t>
      </w:r>
      <w:r w:rsidRPr="00A820E1">
        <w:rPr>
          <w:rFonts w:asciiTheme="majorHAnsi" w:hAnsiTheme="majorHAnsi" w:cstheme="majorHAnsi"/>
          <w:i/>
          <w:sz w:val="18"/>
          <w:szCs w:val="18"/>
        </w:rPr>
        <w:t xml:space="preserve"> nata a ___________________ (___) il _______________, residente in _____________ via ________________n. ______, consapevole delle sanzioni penali, nel caso di dichiarazioni non veritiere, di formazione o uso di atti falsi, richiamate dall’art. 76 D.P.R. 445/2000, dichiaro che quanto sopra corrisponde a verità. </w:t>
      </w:r>
    </w:p>
    <w:p w14:paraId="0D6FB185" w14:textId="35FC3DEA" w:rsidR="00A820E1" w:rsidRPr="00A820E1" w:rsidRDefault="00A820E1" w:rsidP="00A820E1">
      <w:pPr>
        <w:jc w:val="both"/>
        <w:rPr>
          <w:rFonts w:asciiTheme="majorHAnsi" w:hAnsiTheme="majorHAnsi" w:cstheme="majorHAnsi"/>
          <w:i/>
          <w:sz w:val="18"/>
          <w:szCs w:val="18"/>
        </w:rPr>
      </w:pPr>
      <w:r w:rsidRPr="00A820E1">
        <w:rPr>
          <w:rFonts w:asciiTheme="majorHAnsi" w:hAnsiTheme="majorHAnsi" w:cstheme="majorHAnsi"/>
          <w:i/>
          <w:sz w:val="18"/>
          <w:szCs w:val="18"/>
        </w:rPr>
        <w:t xml:space="preserve">Dichiaro di essere informato/a che ai sensi del D. Lgs. 196/2003 e del regolamento generale sulla protezione dei dati (GDPR)UE n.679/2016, tutti i dati inclusi nella documentazione oggetto della domanda di partecipazione alla selezione sono necessari per le finalità di gestione della procedura di selezione. </w:t>
      </w:r>
    </w:p>
    <w:p w14:paraId="6749B45A" w14:textId="60C3F264" w:rsidR="00A343AE" w:rsidRDefault="001F7B29" w:rsidP="001F7B29">
      <w:pPr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lang w:val="it-IT"/>
        </w:rPr>
        <w:t>Luogo e data __________________</w:t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 w:rsidR="00A343AE">
        <w:rPr>
          <w:rFonts w:asciiTheme="majorHAnsi" w:hAnsiTheme="majorHAnsi" w:cstheme="majorHAnsi"/>
          <w:lang w:val="it-IT"/>
        </w:rPr>
        <w:t>FIRMA</w:t>
      </w:r>
      <w:r w:rsidR="00A343AE">
        <w:rPr>
          <w:rFonts w:asciiTheme="majorHAnsi" w:hAnsiTheme="majorHAnsi" w:cstheme="majorHAnsi"/>
          <w:lang w:val="it-IT"/>
        </w:rPr>
        <w:br/>
      </w:r>
    </w:p>
    <w:p w14:paraId="69175EB7" w14:textId="0E978EB0" w:rsidR="00A343AE" w:rsidRPr="004D7D2A" w:rsidRDefault="00A343AE" w:rsidP="00A343AE">
      <w:pPr>
        <w:ind w:left="5040" w:firstLine="720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lang w:val="it-IT"/>
        </w:rPr>
        <w:t>________________________</w:t>
      </w:r>
    </w:p>
    <w:sectPr w:rsidR="00A343AE" w:rsidRPr="004D7D2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801801">
    <w:abstractNumId w:val="8"/>
  </w:num>
  <w:num w:numId="2" w16cid:durableId="512570193">
    <w:abstractNumId w:val="6"/>
  </w:num>
  <w:num w:numId="3" w16cid:durableId="779253939">
    <w:abstractNumId w:val="5"/>
  </w:num>
  <w:num w:numId="4" w16cid:durableId="705452070">
    <w:abstractNumId w:val="4"/>
  </w:num>
  <w:num w:numId="5" w16cid:durableId="96295914">
    <w:abstractNumId w:val="7"/>
  </w:num>
  <w:num w:numId="6" w16cid:durableId="1735084168">
    <w:abstractNumId w:val="3"/>
  </w:num>
  <w:num w:numId="7" w16cid:durableId="527645860">
    <w:abstractNumId w:val="2"/>
  </w:num>
  <w:num w:numId="8" w16cid:durableId="1254391582">
    <w:abstractNumId w:val="1"/>
  </w:num>
  <w:num w:numId="9" w16cid:durableId="29233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2262"/>
    <w:rsid w:val="001F7B29"/>
    <w:rsid w:val="00286DC7"/>
    <w:rsid w:val="0029639D"/>
    <w:rsid w:val="002A4D2B"/>
    <w:rsid w:val="00326F90"/>
    <w:rsid w:val="004D7D2A"/>
    <w:rsid w:val="00623459"/>
    <w:rsid w:val="006B2B89"/>
    <w:rsid w:val="00757F43"/>
    <w:rsid w:val="00767865"/>
    <w:rsid w:val="00862B55"/>
    <w:rsid w:val="00982E67"/>
    <w:rsid w:val="00A27B66"/>
    <w:rsid w:val="00A343AE"/>
    <w:rsid w:val="00A44EF1"/>
    <w:rsid w:val="00A820E1"/>
    <w:rsid w:val="00AA1D8D"/>
    <w:rsid w:val="00AC20BC"/>
    <w:rsid w:val="00B47730"/>
    <w:rsid w:val="00B96715"/>
    <w:rsid w:val="00BB2F4B"/>
    <w:rsid w:val="00BC3978"/>
    <w:rsid w:val="00CB0664"/>
    <w:rsid w:val="00CF3967"/>
    <w:rsid w:val="00D4549D"/>
    <w:rsid w:val="00E37117"/>
    <w:rsid w:val="00EB50CF"/>
    <w:rsid w:val="00FA4F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165F9"/>
  <w14:defaultImageDpi w14:val="300"/>
  <w15:docId w15:val="{0BE27C68-4943-44F7-9EBA-B1B34B57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F4B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Direttore</cp:lastModifiedBy>
  <cp:revision>3</cp:revision>
  <dcterms:created xsi:type="dcterms:W3CDTF">2025-09-24T10:42:00Z</dcterms:created>
  <dcterms:modified xsi:type="dcterms:W3CDTF">2025-09-25T07:45:00Z</dcterms:modified>
  <cp:category/>
</cp:coreProperties>
</file>